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b/>
          <w:sz w:val="36"/>
        </w:rPr>
        <w:t>Oznámení o odstoupení od kupní smlouvy</w:t>
      </w:r>
    </w:p>
    <w:p>
      <w:pPr>
        <w:spacing w:after="360"/>
      </w:pPr>
      <w:r>
        <w:rPr>
          <w:b/>
        </w:rPr>
        <w:t>Adresát (prodávající):</w:t>
        <w:br/>
      </w:r>
      <w:r>
        <w:rPr>
          <w:b/>
        </w:rPr>
        <w:t xml:space="preserve">Internetový obchod: </w:t>
      </w:r>
      <w:r>
        <w:t>prikryvky.cz</w:t>
        <w:br/>
      </w:r>
      <w:r>
        <w:rPr>
          <w:b/>
        </w:rPr>
        <w:t xml:space="preserve">Provozovatel: </w:t>
      </w:r>
      <w:r>
        <w:t>[Doplnit název firmy / jméno provozovatele]</w:t>
        <w:br/>
      </w:r>
      <w:r>
        <w:rPr>
          <w:b/>
        </w:rPr>
        <w:t xml:space="preserve">Sídlo / Adresa: </w:t>
      </w:r>
      <w:r>
        <w:t>[Doplnit ulici, č.p., obec, PSČ]</w:t>
        <w:br/>
      </w:r>
      <w:r>
        <w:rPr>
          <w:b/>
        </w:rPr>
        <w:t xml:space="preserve">IČO: </w:t>
      </w:r>
      <w:r>
        <w:t>[Doplnit IČO]</w:t>
        <w:br/>
      </w:r>
      <w:r>
        <w:rPr>
          <w:b/>
        </w:rPr>
        <w:t xml:space="preserve">E-mail: </w:t>
      </w:r>
      <w:r>
        <w:t>[Doplnit e-mail prodejce]</w:t>
      </w:r>
    </w:p>
    <w:p>
      <w:pPr>
        <w:spacing w:after="480"/>
      </w:pPr>
      <w:r>
        <w:rPr>
          <w:b/>
        </w:rPr>
        <w:t>Odesílatel (spotřebitel):</w:t>
        <w:br/>
      </w:r>
      <w:r>
        <w:rPr>
          <w:b/>
        </w:rPr>
        <w:t xml:space="preserve">Jméno a příjmení: </w:t>
      </w:r>
      <w:r>
        <w:t>....................................................................................</w:t>
        <w:br/>
      </w:r>
      <w:r>
        <w:rPr>
          <w:b/>
        </w:rPr>
        <w:t xml:space="preserve">Adresa bydliště: </w:t>
      </w:r>
      <w:r>
        <w:t>....................................................................................</w:t>
        <w:br/>
      </w:r>
      <w:r>
        <w:rPr>
          <w:b/>
        </w:rPr>
        <w:t xml:space="preserve">Telefon a e-mail: </w:t>
      </w:r>
      <w:r>
        <w:t>....................................................................................</w:t>
      </w:r>
    </w:p>
    <w:p>
      <w:pPr>
        <w:spacing w:after="240"/>
      </w:pPr>
      <w:r>
        <w:rPr>
          <w:b/>
        </w:rPr>
        <w:t>Tímto oznamuji, že odstupuji od kupní smlouvy o nákupu níže uvedeného zboží:</w:t>
      </w:r>
    </w:p>
    <w:p>
      <w:pPr>
        <w:spacing w:after="360"/>
      </w:pPr>
      <w:r>
        <w:rPr>
          <w:b/>
        </w:rPr>
        <w:t xml:space="preserve">• Specifikace zboží (např. přikrývka, polštář): </w:t>
      </w:r>
      <w:r>
        <w:t>..........................................................................</w:t>
        <w:br/>
      </w:r>
      <w:r>
        <w:rPr>
          <w:b/>
        </w:rPr>
        <w:t xml:space="preserve">• Číslo objednávky / faktury: </w:t>
      </w:r>
      <w:r>
        <w:t>..........................................................................</w:t>
        <w:br/>
      </w:r>
      <w:r>
        <w:rPr>
          <w:b/>
        </w:rPr>
        <w:t xml:space="preserve">• Datum objednání: </w:t>
      </w:r>
      <w:r>
        <w:t xml:space="preserve">........................................    </w:t>
      </w:r>
      <w:r>
        <w:rPr>
          <w:b/>
        </w:rPr>
        <w:t xml:space="preserve">• Datum převzetí zboží: </w:t>
      </w:r>
      <w:r>
        <w:t>........................................</w:t>
      </w:r>
    </w:p>
    <w:p>
      <w:pPr>
        <w:spacing w:after="720"/>
      </w:pPr>
      <w:r>
        <w:rPr>
          <w:b/>
        </w:rPr>
        <w:t>Způsob vrácení finančních prostředků:</w:t>
        <w:br/>
      </w:r>
      <w:r>
        <w:t>Finanční prostředky (včetně nákladů na dodání) žádám vrátit nejpozději do 14 dnů od doručení tohoto oznámení bezhotovostním převodem na můj bankovní účet:</w:t>
        <w:br/>
        <w:br/>
      </w:r>
      <w:r>
        <w:rPr>
          <w:b/>
        </w:rPr>
        <w:t xml:space="preserve">Číslo účtu / kód banky: </w:t>
      </w:r>
      <w:r>
        <w:t>....................................................................................</w:t>
      </w:r>
    </w:p>
    <w:p>
      <w:r>
        <w:t>V .................................... dne .........................</w:t>
        <w:br/>
        <w:br/>
        <w:br/>
        <w:br/>
      </w:r>
      <w:r>
        <w:rPr>
          <w:b/>
        </w:rPr>
        <w:t>....................................................................</w:t>
        <w:br/>
      </w:r>
      <w:r>
        <w:rPr>
          <w:sz w:val="18"/>
        </w:rPr>
        <w:t>Podpis spotřebitele</w:t>
        <w:br/>
      </w:r>
      <w:r>
        <w:rPr>
          <w:sz w:val="18"/>
        </w:rPr>
        <w:t>(pouze pokud je formulář zasílán v listinné podobě)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